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10572A" w14:textId="77777777" w:rsidR="00DB742E" w:rsidRDefault="007D7693">
      <w:pPr>
        <w:jc w:val="center"/>
      </w:pPr>
      <w:r>
        <w:rPr>
          <w:b/>
          <w:sz w:val="28"/>
        </w:rPr>
        <w:t>FORMULÁRIO OFICIAL DE INSCRIÇÃO E OPÇÃO DE VAGA MOLHADA</w:t>
      </w:r>
    </w:p>
    <w:p w14:paraId="25ECE45D" w14:textId="77777777" w:rsidR="00DB742E" w:rsidRDefault="007D7693">
      <w:pPr>
        <w:jc w:val="center"/>
      </w:pPr>
      <w:r>
        <w:rPr>
          <w:b/>
          <w:sz w:val="24"/>
        </w:rPr>
        <w:t>YACHT CLUB DE ILHABELA</w:t>
      </w:r>
    </w:p>
    <w:p w14:paraId="0C01923D" w14:textId="77777777" w:rsidR="00DB742E" w:rsidRDefault="00DB742E"/>
    <w:p w14:paraId="3353E875" w14:textId="77777777" w:rsidR="00DB742E" w:rsidRDefault="007D7693">
      <w:r>
        <w:rPr>
          <w:b/>
        </w:rPr>
        <w:t>1. DADOS DO ASSOCIADO</w:t>
      </w:r>
    </w:p>
    <w:p w14:paraId="3509901E" w14:textId="77777777" w:rsidR="00DB742E" w:rsidRDefault="007D7693">
      <w:r>
        <w:t>• Nome Completo: __________________________________________________________________</w:t>
      </w:r>
    </w:p>
    <w:p w14:paraId="4AEAB0E8" w14:textId="77777777" w:rsidR="00DB742E" w:rsidRDefault="007D7693">
      <w:r>
        <w:t>• Nº do Título/Matrícula: ____________________  CPF: _______________________________</w:t>
      </w:r>
    </w:p>
    <w:p w14:paraId="28917E3D" w14:textId="77777777" w:rsidR="00DB742E" w:rsidRDefault="007D7693">
      <w:r>
        <w:t>• E-mail Cadastrado (para notificações): ____________________________________________</w:t>
      </w:r>
    </w:p>
    <w:p w14:paraId="70A4A859" w14:textId="77777777" w:rsidR="00DB742E" w:rsidRDefault="007D7693">
      <w:r>
        <w:t>• Telefone/WhatsApp: (____) _________________________</w:t>
      </w:r>
    </w:p>
    <w:p w14:paraId="77DB5564" w14:textId="77777777" w:rsidR="00DB742E" w:rsidRDefault="00DB742E"/>
    <w:p w14:paraId="3467CF4C" w14:textId="77777777" w:rsidR="00DB742E" w:rsidRDefault="007D7693">
      <w:r>
        <w:rPr>
          <w:b/>
        </w:rPr>
        <w:t>2. DADOS DA EMBARCAÇÃO ATUAL</w:t>
      </w:r>
    </w:p>
    <w:p w14:paraId="0D8854BA" w14:textId="77777777" w:rsidR="00DB742E" w:rsidRDefault="007D7693">
      <w:r>
        <w:t>• Nome da Embarcação: __________________________ Nº Inscrição (Capitania): ____________</w:t>
      </w:r>
    </w:p>
    <w:p w14:paraId="42272D4D" w14:textId="77777777" w:rsidR="00DB742E" w:rsidRDefault="007D7693">
      <w:r>
        <w:t>• Tipo: [  ] Lancha  [  ] Veleiro  [  ] Jet Ski  [  ] Outro: ________________</w:t>
      </w:r>
    </w:p>
    <w:p w14:paraId="7401B29E" w14:textId="77777777" w:rsidR="00DB742E" w:rsidRDefault="007D7693">
      <w:r>
        <w:t>• Comprimento Total (Pés/Metros): ______________ Boca/Largura (Metros): ______________</w:t>
      </w:r>
    </w:p>
    <w:p w14:paraId="002E5AD4" w14:textId="77777777" w:rsidR="00DB742E" w:rsidRDefault="00DB742E"/>
    <w:p w14:paraId="0D5F1B0F" w14:textId="77777777" w:rsidR="00DB742E" w:rsidRDefault="007D7693">
      <w:r>
        <w:rPr>
          <w:b/>
        </w:rPr>
        <w:t>3. ORDEM DE PREFERÊNCIA E ESCOPO DA VAGA</w:t>
      </w:r>
    </w:p>
    <w:p w14:paraId="149DD017" w14:textId="77777777" w:rsidR="00DB742E" w:rsidRDefault="007D7693">
      <w:r>
        <w:t>Assinale com um "X" a sua modalidade de concorrência principal:</w:t>
      </w:r>
    </w:p>
    <w:p w14:paraId="0544C8B3" w14:textId="77777777" w:rsidR="00DB742E" w:rsidRDefault="007D7693">
      <w:r>
        <w:t>[  ] Preferência por VAGAS SIMPLES</w:t>
      </w:r>
    </w:p>
    <w:p w14:paraId="3AD4257E" w14:textId="77777777" w:rsidR="00DB742E" w:rsidRDefault="007D7693">
      <w:r>
        <w:t>[  ] Preferência por VAGAS DUPLAS</w:t>
      </w:r>
    </w:p>
    <w:p w14:paraId="77AF3415" w14:textId="77777777" w:rsidR="00DB742E" w:rsidRDefault="00DB742E"/>
    <w:p w14:paraId="176E0FD4" w14:textId="77777777" w:rsidR="00DB742E" w:rsidRDefault="007D7693">
      <w:r>
        <w:rPr>
          <w:b/>
        </w:rPr>
        <w:t>4. INDICAÇÃO DAS OPÇÕES DE PREFERÊNCIA (Em ordem de prioridade)</w:t>
      </w:r>
    </w:p>
    <w:p w14:paraId="7461F7C7" w14:textId="77777777" w:rsidR="00DB742E" w:rsidRDefault="007D7693">
      <w:r>
        <w:t>Conforme o Regulamento, você deve preencher obrigatoriamente as 3 (três) opções abaixo. Você pode mesclar indicações de vagas simples e duplas ou focar no modelo de sua preferência estrutural.</w:t>
      </w:r>
    </w:p>
    <w:p w14:paraId="6D6B7D3C" w14:textId="77777777" w:rsidR="00DB742E" w:rsidRDefault="007D7693">
      <w:r>
        <w:rPr>
          <w:b/>
        </w:rPr>
        <w:t>🔹 1ª OPÇÃO (Preferência Principal)</w:t>
      </w:r>
    </w:p>
    <w:p w14:paraId="4FB04EDF" w14:textId="77777777" w:rsidR="00DB742E" w:rsidRDefault="007D7693">
      <w:r>
        <w:t>• Tipo de Vaga: [  ] Vaga Simples  [  ] Vaga Dupla</w:t>
      </w:r>
    </w:p>
    <w:p w14:paraId="39CEA664" w14:textId="1D85CC42" w:rsidR="00DB742E" w:rsidRDefault="007D7693">
      <w:r>
        <w:t xml:space="preserve">• </w:t>
      </w:r>
      <w:proofErr w:type="spellStart"/>
      <w:r>
        <w:t>Píer</w:t>
      </w:r>
      <w:proofErr w:type="spellEnd"/>
      <w:r>
        <w:t xml:space="preserve"> (A</w:t>
      </w:r>
      <w:r w:rsidR="003754D4">
        <w:t>)</w:t>
      </w:r>
      <w:r>
        <w:t xml:space="preserve">_________ </w:t>
      </w:r>
      <w:proofErr w:type="spellStart"/>
      <w:r>
        <w:t>Número</w:t>
      </w:r>
      <w:proofErr w:type="spellEnd"/>
      <w:r>
        <w:t xml:space="preserve"> da Vaga: _________ Dimensões: _________ pés</w:t>
      </w:r>
    </w:p>
    <w:p w14:paraId="47D21AF3" w14:textId="77777777" w:rsidR="00DB742E" w:rsidRDefault="007D7693">
      <w:r>
        <w:t>• Valor de Tabela Oficial: R$ _________________________________</w:t>
      </w:r>
    </w:p>
    <w:p w14:paraId="6260C733" w14:textId="77777777" w:rsidR="00DB742E" w:rsidRDefault="007D7693">
      <w:r>
        <w:rPr>
          <w:b/>
        </w:rPr>
        <w:t>🔹 2ª OPÇÃO (Suplente 1)</w:t>
      </w:r>
    </w:p>
    <w:p w14:paraId="35C6D116" w14:textId="77777777" w:rsidR="00DB742E" w:rsidRDefault="007D7693">
      <w:r>
        <w:t>• Tipo de Vaga: [  ] Vaga Simples  [  ] Vaga Dupla</w:t>
      </w:r>
    </w:p>
    <w:p w14:paraId="274FFF80" w14:textId="28B16143" w:rsidR="00DB742E" w:rsidRDefault="007D7693">
      <w:r>
        <w:t xml:space="preserve">• </w:t>
      </w:r>
      <w:proofErr w:type="spellStart"/>
      <w:r>
        <w:t>Píer</w:t>
      </w:r>
      <w:proofErr w:type="spellEnd"/>
      <w:r>
        <w:t xml:space="preserve"> (A</w:t>
      </w:r>
      <w:r w:rsidR="003754D4">
        <w:t>)</w:t>
      </w:r>
      <w:r>
        <w:t xml:space="preserve">: _________ </w:t>
      </w:r>
      <w:proofErr w:type="spellStart"/>
      <w:r>
        <w:t>Número</w:t>
      </w:r>
      <w:proofErr w:type="spellEnd"/>
      <w:r>
        <w:t xml:space="preserve"> da Vaga: _________ Dimensões: _________ pés</w:t>
      </w:r>
    </w:p>
    <w:p w14:paraId="4309A86B" w14:textId="77777777" w:rsidR="00DB742E" w:rsidRDefault="007D7693">
      <w:r>
        <w:t>• Valor de Tabela Oficial: R$ _________________________________</w:t>
      </w:r>
    </w:p>
    <w:p w14:paraId="648EDF52" w14:textId="77777777" w:rsidR="00DB742E" w:rsidRDefault="007D7693">
      <w:r>
        <w:rPr>
          <w:b/>
        </w:rPr>
        <w:t>🔹 3ª OPÇÃO (Suplente 2)</w:t>
      </w:r>
    </w:p>
    <w:p w14:paraId="581A2D72" w14:textId="77777777" w:rsidR="00DB742E" w:rsidRDefault="007D7693">
      <w:r>
        <w:t>• Tipo de Vaga: [  ] Vaga Simples  [  ] Vaga Dupla</w:t>
      </w:r>
    </w:p>
    <w:p w14:paraId="7F4E5463" w14:textId="2A52ABDF" w:rsidR="00DB742E" w:rsidRDefault="007D7693">
      <w:r>
        <w:t xml:space="preserve">• </w:t>
      </w:r>
      <w:proofErr w:type="spellStart"/>
      <w:r>
        <w:t>Píer</w:t>
      </w:r>
      <w:proofErr w:type="spellEnd"/>
      <w:r>
        <w:t xml:space="preserve"> (A</w:t>
      </w:r>
      <w:r w:rsidR="003754D4">
        <w:t>)</w:t>
      </w:r>
      <w:r>
        <w:t xml:space="preserve">: _________ </w:t>
      </w:r>
      <w:proofErr w:type="spellStart"/>
      <w:r>
        <w:t>Número</w:t>
      </w:r>
      <w:proofErr w:type="spellEnd"/>
      <w:r>
        <w:t xml:space="preserve"> da Vaga: _________ Dimensões: _________ pés</w:t>
      </w:r>
    </w:p>
    <w:p w14:paraId="7B086255" w14:textId="77777777" w:rsidR="00DB742E" w:rsidRDefault="007D7693">
      <w:r>
        <w:t>• Valor de Tabela Oficial: R$ _________________________________</w:t>
      </w:r>
    </w:p>
    <w:p w14:paraId="0BB14733" w14:textId="77777777" w:rsidR="00DB742E" w:rsidRDefault="00DB742E"/>
    <w:p w14:paraId="2B052DCB" w14:textId="77777777" w:rsidR="00DB742E" w:rsidRDefault="007D7693">
      <w:r>
        <w:rPr>
          <w:b/>
        </w:rPr>
        <w:t>5. COMPROVAÇÃO DA TAXA DE INSCRIÇÃO COMPULSÓRIA</w:t>
      </w:r>
    </w:p>
    <w:p w14:paraId="00BA9C6B" w14:textId="77777777" w:rsidR="00DB742E" w:rsidRDefault="007D7693" w:rsidP="003754D4">
      <w:pPr>
        <w:jc w:val="both"/>
      </w:pPr>
      <w:r>
        <w:t>[  ] DECLARO que efetuei nesta data o pagamento da Taxa de Inscrição e Garantia no valor fixo de R$ 50.000,00 (cinquenta mil reais), em parcela única, em favor do Clube na conta designada especificamente para este fim, anexando o respectivo comprovante de depósito/PIX a este formulário como condição obrigatória de validação.</w:t>
      </w:r>
    </w:p>
    <w:p w14:paraId="120F55EB" w14:textId="77777777" w:rsidR="00DB742E" w:rsidRDefault="00DB742E"/>
    <w:p w14:paraId="715FCFD1" w14:textId="77777777" w:rsidR="00DB742E" w:rsidRDefault="007D7693">
      <w:r>
        <w:rPr>
          <w:b/>
        </w:rPr>
        <w:t>6. OPÇÃO DE PAGAMENTO E QUANTIDADE DE PARCELAS</w:t>
      </w:r>
    </w:p>
    <w:p w14:paraId="03B47A28" w14:textId="77777777" w:rsidR="00DB742E" w:rsidRDefault="007D7693">
      <w:r>
        <w:t>Marque com um "X" a modalidade de parcelamento/quitação desejada para o saldo do contrato (com dedução dos R$ 50.000,00 no momento do sinal):</w:t>
      </w:r>
    </w:p>
    <w:p w14:paraId="3DBEF792" w14:textId="2B61FECD" w:rsidR="00DB742E" w:rsidRDefault="007D7693">
      <w:proofErr w:type="gramStart"/>
      <w:r>
        <w:t>[  ]</w:t>
      </w:r>
      <w:proofErr w:type="gramEnd"/>
      <w:r>
        <w:t xml:space="preserve"> Opção A (À Vista): Pagamento integral com </w:t>
      </w:r>
      <w:proofErr w:type="spellStart"/>
      <w:r>
        <w:t>desconto</w:t>
      </w:r>
      <w:proofErr w:type="spellEnd"/>
      <w:r>
        <w:t xml:space="preserve"> </w:t>
      </w:r>
      <w:proofErr w:type="spellStart"/>
      <w:r>
        <w:t>institucional</w:t>
      </w:r>
      <w:proofErr w:type="spellEnd"/>
      <w:r>
        <w:t xml:space="preserve"> de 1</w:t>
      </w:r>
      <w:r w:rsidR="003754D4">
        <w:t>5</w:t>
      </w:r>
      <w:r>
        <w:t xml:space="preserve">% no </w:t>
      </w:r>
      <w:proofErr w:type="spellStart"/>
      <w:r>
        <w:t>ato</w:t>
      </w:r>
      <w:proofErr w:type="spellEnd"/>
      <w:r>
        <w:t xml:space="preserve"> da assinatura.</w:t>
      </w:r>
    </w:p>
    <w:p w14:paraId="622C67DD" w14:textId="3D73DEBD" w:rsidR="00DB742E" w:rsidRDefault="007D7693">
      <w:proofErr w:type="gramStart"/>
      <w:r>
        <w:t>[  ]</w:t>
      </w:r>
      <w:proofErr w:type="gramEnd"/>
      <w:r>
        <w:t xml:space="preserve"> </w:t>
      </w:r>
      <w:proofErr w:type="spellStart"/>
      <w:r>
        <w:t>Opção</w:t>
      </w:r>
      <w:proofErr w:type="spellEnd"/>
      <w:r>
        <w:t xml:space="preserve"> B (</w:t>
      </w:r>
      <w:proofErr w:type="spellStart"/>
      <w:r w:rsidR="003754D4">
        <w:t>Desconto</w:t>
      </w:r>
      <w:proofErr w:type="spellEnd"/>
      <w:r w:rsidR="003754D4">
        <w:t xml:space="preserve"> de 10 %</w:t>
      </w:r>
      <w:r>
        <w:t xml:space="preserve">): </w:t>
      </w:r>
      <w:proofErr w:type="spellStart"/>
      <w:r>
        <w:t>Sinal</w:t>
      </w:r>
      <w:proofErr w:type="spellEnd"/>
      <w:r>
        <w:t xml:space="preserve"> </w:t>
      </w:r>
      <w:r w:rsidR="003754D4">
        <w:t>contractual (20%)</w:t>
      </w:r>
      <w:r>
        <w:t xml:space="preserve"> + </w:t>
      </w:r>
      <w:proofErr w:type="spellStart"/>
      <w:r>
        <w:t>parcelamento</w:t>
      </w:r>
      <w:proofErr w:type="spellEnd"/>
      <w:r>
        <w:t xml:space="preserve"> </w:t>
      </w:r>
      <w:r w:rsidR="003754D4">
        <w:t xml:space="preserve">do </w:t>
      </w:r>
      <w:proofErr w:type="spellStart"/>
      <w:r w:rsidR="003754D4">
        <w:t>saldo</w:t>
      </w:r>
      <w:proofErr w:type="spellEnd"/>
      <w:r w:rsidR="003754D4">
        <w:t xml:space="preserve"> </w:t>
      </w:r>
      <w:proofErr w:type="spellStart"/>
      <w:r>
        <w:t>em</w:t>
      </w:r>
      <w:proofErr w:type="spellEnd"/>
      <w:r>
        <w:t xml:space="preserve"> 12 (doze) </w:t>
      </w:r>
      <w:proofErr w:type="spellStart"/>
      <w:r>
        <w:t>parcelas</w:t>
      </w:r>
      <w:proofErr w:type="spellEnd"/>
      <w:r>
        <w:t xml:space="preserve"> </w:t>
      </w:r>
      <w:proofErr w:type="spellStart"/>
      <w:r>
        <w:t>mensais</w:t>
      </w:r>
      <w:proofErr w:type="spellEnd"/>
      <w:r>
        <w:t xml:space="preserve"> </w:t>
      </w:r>
      <w:proofErr w:type="spellStart"/>
      <w:r>
        <w:t>corrigidas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INCC</w:t>
      </w:r>
      <w:r w:rsidR="003754D4">
        <w:t>.</w:t>
      </w:r>
    </w:p>
    <w:p w14:paraId="5C998298" w14:textId="1365E128" w:rsidR="00DB742E" w:rsidRDefault="007D7693">
      <w:proofErr w:type="gramStart"/>
      <w:r>
        <w:t>[  ]</w:t>
      </w:r>
      <w:proofErr w:type="gramEnd"/>
      <w:r>
        <w:t xml:space="preserve"> </w:t>
      </w:r>
      <w:proofErr w:type="spellStart"/>
      <w:r>
        <w:t>Opção</w:t>
      </w:r>
      <w:proofErr w:type="spellEnd"/>
      <w:r>
        <w:t xml:space="preserve"> C </w:t>
      </w:r>
      <w:r w:rsidR="003754D4">
        <w:t>(</w:t>
      </w:r>
      <w:proofErr w:type="spellStart"/>
      <w:r w:rsidR="003754D4">
        <w:t>Desconto</w:t>
      </w:r>
      <w:proofErr w:type="spellEnd"/>
      <w:r w:rsidR="003754D4">
        <w:t xml:space="preserve"> de 5 %</w:t>
      </w:r>
      <w:r w:rsidR="003754D4">
        <w:t xml:space="preserve">): </w:t>
      </w:r>
      <w:proofErr w:type="spellStart"/>
      <w:r w:rsidR="003754D4">
        <w:t>Sinal</w:t>
      </w:r>
      <w:proofErr w:type="spellEnd"/>
      <w:r w:rsidR="003754D4">
        <w:t xml:space="preserve"> </w:t>
      </w:r>
      <w:proofErr w:type="spellStart"/>
      <w:r w:rsidR="003754D4">
        <w:t>contratual</w:t>
      </w:r>
      <w:proofErr w:type="spellEnd"/>
      <w:r w:rsidR="003754D4">
        <w:t xml:space="preserve"> </w:t>
      </w:r>
      <w:r w:rsidR="003754D4">
        <w:t xml:space="preserve">(20%) </w:t>
      </w:r>
      <w:r w:rsidR="003754D4">
        <w:t xml:space="preserve">+ </w:t>
      </w:r>
      <w:proofErr w:type="spellStart"/>
      <w:r w:rsidR="003754D4">
        <w:t>parcelamento</w:t>
      </w:r>
      <w:proofErr w:type="spellEnd"/>
      <w:r w:rsidR="003754D4">
        <w:t xml:space="preserve"> </w:t>
      </w:r>
      <w:r w:rsidR="003754D4">
        <w:t xml:space="preserve">do </w:t>
      </w:r>
      <w:proofErr w:type="spellStart"/>
      <w:r w:rsidR="003754D4">
        <w:t>saldo</w:t>
      </w:r>
      <w:proofErr w:type="spellEnd"/>
      <w:r w:rsidR="003754D4">
        <w:t xml:space="preserve"> </w:t>
      </w:r>
      <w:proofErr w:type="spellStart"/>
      <w:r w:rsidR="003754D4">
        <w:t>em</w:t>
      </w:r>
      <w:proofErr w:type="spellEnd"/>
      <w:r w:rsidR="003754D4">
        <w:t xml:space="preserve"> 18 (</w:t>
      </w:r>
      <w:proofErr w:type="spellStart"/>
      <w:r w:rsidR="003754D4">
        <w:t>dezoito</w:t>
      </w:r>
      <w:proofErr w:type="spellEnd"/>
      <w:r w:rsidR="003754D4">
        <w:t xml:space="preserve">) </w:t>
      </w:r>
      <w:proofErr w:type="spellStart"/>
      <w:r w:rsidR="003754D4">
        <w:t>parcelas</w:t>
      </w:r>
      <w:proofErr w:type="spellEnd"/>
      <w:r w:rsidR="003754D4">
        <w:t xml:space="preserve"> </w:t>
      </w:r>
      <w:proofErr w:type="spellStart"/>
      <w:r w:rsidR="003754D4">
        <w:t>mensais</w:t>
      </w:r>
      <w:proofErr w:type="spellEnd"/>
      <w:r w:rsidR="003754D4">
        <w:t xml:space="preserve"> </w:t>
      </w:r>
      <w:proofErr w:type="spellStart"/>
      <w:r w:rsidR="003754D4">
        <w:t>corrigidas</w:t>
      </w:r>
      <w:proofErr w:type="spellEnd"/>
      <w:r w:rsidR="003754D4">
        <w:t xml:space="preserve"> </w:t>
      </w:r>
      <w:proofErr w:type="spellStart"/>
      <w:r w:rsidR="003754D4">
        <w:t>pelo</w:t>
      </w:r>
      <w:proofErr w:type="spellEnd"/>
      <w:r w:rsidR="003754D4">
        <w:t xml:space="preserve"> INCC</w:t>
      </w:r>
      <w:r>
        <w:t>.</w:t>
      </w:r>
    </w:p>
    <w:p w14:paraId="0833DDFC" w14:textId="0328A9ED" w:rsidR="00DB742E" w:rsidRDefault="007D7693">
      <w:r>
        <w:t xml:space="preserve">[  ] </w:t>
      </w:r>
      <w:proofErr w:type="spellStart"/>
      <w:r>
        <w:t>Opção</w:t>
      </w:r>
      <w:proofErr w:type="spellEnd"/>
      <w:r>
        <w:t xml:space="preserve"> D</w:t>
      </w:r>
      <w:r w:rsidR="003754D4">
        <w:t xml:space="preserve"> </w:t>
      </w:r>
      <w:r w:rsidR="003754D4">
        <w:t>(</w:t>
      </w:r>
      <w:r w:rsidR="003754D4">
        <w:t xml:space="preserve">Sem </w:t>
      </w:r>
      <w:proofErr w:type="spellStart"/>
      <w:r w:rsidR="003754D4">
        <w:t>Desconto</w:t>
      </w:r>
      <w:proofErr w:type="spellEnd"/>
      <w:r w:rsidR="003754D4">
        <w:t xml:space="preserve">): </w:t>
      </w:r>
      <w:proofErr w:type="spellStart"/>
      <w:r w:rsidR="003754D4">
        <w:t>Sinal</w:t>
      </w:r>
      <w:proofErr w:type="spellEnd"/>
      <w:r w:rsidR="003754D4">
        <w:t xml:space="preserve"> </w:t>
      </w:r>
      <w:proofErr w:type="spellStart"/>
      <w:r w:rsidR="003754D4">
        <w:t>contratual</w:t>
      </w:r>
      <w:proofErr w:type="spellEnd"/>
      <w:r w:rsidR="003754D4">
        <w:t xml:space="preserve"> </w:t>
      </w:r>
      <w:r w:rsidR="003754D4">
        <w:t xml:space="preserve">(20%) </w:t>
      </w:r>
      <w:r w:rsidR="003754D4">
        <w:t xml:space="preserve">+ </w:t>
      </w:r>
      <w:proofErr w:type="spellStart"/>
      <w:r w:rsidR="003754D4">
        <w:t>parcelamento</w:t>
      </w:r>
      <w:proofErr w:type="spellEnd"/>
      <w:r w:rsidR="003754D4">
        <w:t xml:space="preserve"> </w:t>
      </w:r>
      <w:r w:rsidR="003754D4">
        <w:t xml:space="preserve">do </w:t>
      </w:r>
      <w:proofErr w:type="spellStart"/>
      <w:r w:rsidR="003754D4">
        <w:t>saldo</w:t>
      </w:r>
      <w:proofErr w:type="spellEnd"/>
      <w:r w:rsidR="003754D4">
        <w:t xml:space="preserve"> </w:t>
      </w:r>
      <w:proofErr w:type="spellStart"/>
      <w:r w:rsidR="003754D4">
        <w:t>em</w:t>
      </w:r>
      <w:proofErr w:type="spellEnd"/>
      <w:r w:rsidR="003754D4">
        <w:t xml:space="preserve"> 24 (</w:t>
      </w:r>
      <w:proofErr w:type="spellStart"/>
      <w:r w:rsidR="003754D4">
        <w:t>vinte</w:t>
      </w:r>
      <w:proofErr w:type="spellEnd"/>
      <w:r w:rsidR="003754D4">
        <w:t xml:space="preserve"> e </w:t>
      </w:r>
      <w:proofErr w:type="spellStart"/>
      <w:r w:rsidR="003754D4">
        <w:t>quatro</w:t>
      </w:r>
      <w:proofErr w:type="spellEnd"/>
      <w:r w:rsidR="003754D4">
        <w:t xml:space="preserve">) </w:t>
      </w:r>
      <w:proofErr w:type="spellStart"/>
      <w:r w:rsidR="003754D4">
        <w:t>parcelas</w:t>
      </w:r>
      <w:proofErr w:type="spellEnd"/>
      <w:r w:rsidR="003754D4">
        <w:t xml:space="preserve"> </w:t>
      </w:r>
      <w:proofErr w:type="spellStart"/>
      <w:r w:rsidR="003754D4">
        <w:t>mensais</w:t>
      </w:r>
      <w:proofErr w:type="spellEnd"/>
      <w:r w:rsidR="003754D4">
        <w:t xml:space="preserve"> </w:t>
      </w:r>
      <w:proofErr w:type="spellStart"/>
      <w:r w:rsidR="003754D4">
        <w:t>corrigidas</w:t>
      </w:r>
      <w:proofErr w:type="spellEnd"/>
      <w:r w:rsidR="003754D4">
        <w:t xml:space="preserve"> </w:t>
      </w:r>
      <w:proofErr w:type="spellStart"/>
      <w:r w:rsidR="003754D4">
        <w:t>pelo</w:t>
      </w:r>
      <w:proofErr w:type="spellEnd"/>
      <w:r w:rsidR="003754D4">
        <w:t xml:space="preserve"> INCC</w:t>
      </w:r>
      <w:r w:rsidR="003754D4">
        <w:t xml:space="preserve">. </w:t>
      </w:r>
    </w:p>
    <w:p w14:paraId="48D7BB14" w14:textId="77777777" w:rsidR="00DB742E" w:rsidRDefault="00DB742E"/>
    <w:p w14:paraId="1730C064" w14:textId="77777777" w:rsidR="00DB742E" w:rsidRDefault="007D7693">
      <w:r>
        <w:rPr>
          <w:b/>
        </w:rPr>
        <w:t>7. TERMO DE DECLARAÇÃO, CIÊNCIA E ACEITE JURÍDICO</w:t>
      </w:r>
    </w:p>
    <w:p w14:paraId="445172CD" w14:textId="77777777" w:rsidR="00DB742E" w:rsidRDefault="007D7693">
      <w:r>
        <w:t>Pelo presente instrumento, eu, associado proprietário acima qualificado, declaro que:</w:t>
      </w:r>
      <w:r>
        <w:br/>
        <w:t>1. Li e aceito integralmente o Regulamento de Oferta e Cessão de Vagas Náuticas do Yacht Club de Ilhabela;</w:t>
      </w:r>
      <w:r>
        <w:br/>
        <w:t>2. Estou ciente de que, na hipótese de desistência voluntária ou não assinatura do instrumento contratual definitivo no prazo regulamentar de 30 dias após o sorteio, perderei integralmente o valor de R$ 50.000,00 pago na inscrição, revertido em favor do Clube para amortização de custos operacionais e de marketing;</w:t>
      </w:r>
      <w:r>
        <w:br/>
        <w:t>3. Reconheço que o e-mail cadastrado neste documento é válido e autorizo o Clube a utilizá-lo como meio de notificação digital oficial, inclusive para fins de constituição em mora com prazo de 15 dias corridos para pagamento.</w:t>
      </w:r>
    </w:p>
    <w:p w14:paraId="03ADFE57" w14:textId="77777777" w:rsidR="00DB742E" w:rsidRDefault="00DB742E"/>
    <w:p w14:paraId="4502F73E" w14:textId="77777777" w:rsidR="00DB742E" w:rsidRDefault="007D7693">
      <w:r>
        <w:t>Ilhabela - SP, ______ de __________________ de 2026.</w:t>
      </w:r>
    </w:p>
    <w:p w14:paraId="1DD3E2BD" w14:textId="77777777" w:rsidR="00DB742E" w:rsidRDefault="00DB742E"/>
    <w:p w14:paraId="64AE1EA3" w14:textId="77777777" w:rsidR="00DB742E" w:rsidRDefault="007D7693">
      <w:r>
        <w:t>___________________________________________________________</w:t>
      </w:r>
      <w:r>
        <w:br/>
        <w:t>Assinatura do Associado Proprietário do Título</w:t>
      </w:r>
    </w:p>
    <w:p w14:paraId="06DA32FA" w14:textId="77777777" w:rsidR="00DB742E" w:rsidRDefault="007D7693">
      <w:r>
        <w:br w:type="page"/>
      </w:r>
    </w:p>
    <w:p w14:paraId="7BE2598A" w14:textId="77777777" w:rsidR="00DB742E" w:rsidRDefault="007D7693">
      <w:pPr>
        <w:jc w:val="center"/>
      </w:pPr>
      <w:r>
        <w:rPr>
          <w:b/>
          <w:sz w:val="26"/>
        </w:rPr>
        <w:t>RECIBO DE PROTOCOLO DE INSCRIÇÃO – VAGAS MOLHADAS</w:t>
      </w:r>
    </w:p>
    <w:p w14:paraId="3591F03B" w14:textId="77777777" w:rsidR="00DB742E" w:rsidRDefault="007D7693">
      <w:pPr>
        <w:jc w:val="center"/>
      </w:pPr>
      <w:r>
        <w:rPr>
          <w:i/>
        </w:rPr>
        <w:t>(Via do Associado — Canhoto da Secretaria)</w:t>
      </w:r>
    </w:p>
    <w:p w14:paraId="3AB9CCE5" w14:textId="77777777" w:rsidR="00DB742E" w:rsidRDefault="00DB742E"/>
    <w:p w14:paraId="04F62F48" w14:textId="77777777" w:rsidR="00DB742E" w:rsidRDefault="007D7693">
      <w:r>
        <w:t>A Secretaria do Yacht Club de Ilhabela declara, para os devidos fins, que recebeu nesta data o Formulário Oficial contendo as indicações de vagas simples/duplas e a quantidade de parcelas assinalada pelo associado.</w:t>
      </w:r>
    </w:p>
    <w:p w14:paraId="73809892" w14:textId="77777777" w:rsidR="00DB742E" w:rsidRDefault="00DB742E"/>
    <w:p w14:paraId="276A1AD1" w14:textId="77777777" w:rsidR="00DB742E" w:rsidRDefault="007D7693">
      <w:r>
        <w:t>• Nome do Associado: __________________________________________________________________</w:t>
      </w:r>
    </w:p>
    <w:p w14:paraId="2C938E7B" w14:textId="77777777" w:rsidR="00DB742E" w:rsidRDefault="007D7693">
      <w:r>
        <w:t>• Nº do Título/Matrícula: ____________________  CPF: _______________________________</w:t>
      </w:r>
    </w:p>
    <w:p w14:paraId="33CDD442" w14:textId="77777777" w:rsidR="00DB742E" w:rsidRDefault="007D7693">
      <w:r>
        <w:t>• Comprovante de R$ 50.000,00: [  ] Anexado e Conferido.</w:t>
      </w:r>
    </w:p>
    <w:p w14:paraId="7A54BE11" w14:textId="77777777" w:rsidR="00DB742E" w:rsidRDefault="007D7693">
      <w:r>
        <w:t>• Data da Entrega: _____ / _____ / 2026   |   Horário Exato: _____ : _____ h</w:t>
      </w:r>
    </w:p>
    <w:p w14:paraId="200C8711" w14:textId="77777777" w:rsidR="00DB742E" w:rsidRDefault="007D7693">
      <w:r>
        <w:t>• Número do Protocolo: Nº _________________</w:t>
      </w:r>
    </w:p>
    <w:p w14:paraId="1BA65871" w14:textId="77777777" w:rsidR="00DB742E" w:rsidRDefault="00DB742E"/>
    <w:p w14:paraId="579BA28B" w14:textId="77777777" w:rsidR="00DB742E" w:rsidRDefault="00DB742E"/>
    <w:p w14:paraId="08B790E1" w14:textId="77777777" w:rsidR="00DB742E" w:rsidRDefault="007D7693">
      <w:r>
        <w:t>___________________________________________________________</w:t>
      </w:r>
      <w:r>
        <w:br/>
        <w:t>Assinatura e Carimbo do Funcionário Responsável</w:t>
      </w:r>
      <w:r>
        <w:br/>
        <w:t>Yacht Club de Ilhabela</w:t>
      </w:r>
    </w:p>
    <w:sectPr w:rsidR="00DB742E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136511">
    <w:abstractNumId w:val="8"/>
  </w:num>
  <w:num w:numId="2" w16cid:durableId="626013976">
    <w:abstractNumId w:val="6"/>
  </w:num>
  <w:num w:numId="3" w16cid:durableId="1963226640">
    <w:abstractNumId w:val="5"/>
  </w:num>
  <w:num w:numId="4" w16cid:durableId="136076703">
    <w:abstractNumId w:val="4"/>
  </w:num>
  <w:num w:numId="5" w16cid:durableId="1867793049">
    <w:abstractNumId w:val="7"/>
  </w:num>
  <w:num w:numId="6" w16cid:durableId="2057658854">
    <w:abstractNumId w:val="3"/>
  </w:num>
  <w:num w:numId="7" w16cid:durableId="1527133314">
    <w:abstractNumId w:val="2"/>
  </w:num>
  <w:num w:numId="8" w16cid:durableId="707221657">
    <w:abstractNumId w:val="1"/>
  </w:num>
  <w:num w:numId="9" w16cid:durableId="209867252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27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54D4"/>
    <w:rsid w:val="00754E13"/>
    <w:rsid w:val="007D7693"/>
    <w:rsid w:val="00AA1D8D"/>
    <w:rsid w:val="00B47730"/>
    <w:rsid w:val="00C00AA1"/>
    <w:rsid w:val="00CB0664"/>
    <w:rsid w:val="00DB742E"/>
    <w:rsid w:val="00ED69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70CA40"/>
  <w14:defaultImageDpi w14:val="300"/>
  <w15:docId w15:val="{14B35CD3-5636-DF4F-8EFB-3AF5C869B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649</Words>
  <Characters>3941</Characters>
  <Application>Microsoft Office Word</Application>
  <DocSecurity>0</DocSecurity>
  <Lines>96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Paulo Palermo</cp:lastModifiedBy>
  <cp:revision>2</cp:revision>
  <dcterms:created xsi:type="dcterms:W3CDTF">2026-10-02T02:22:00Z</dcterms:created>
  <dcterms:modified xsi:type="dcterms:W3CDTF">2026-10-02T02:22:00Z</dcterms:modified>
  <cp:category/>
</cp:coreProperties>
</file>